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rtl w:val="1"/>
          <w:szCs w:val="30"/>
        </w:rPr>
        <w:t>صحيفة دعوى أمام المحكمة الإدارية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أصحاب الفضيلة رئيس وأعضاء الدائرة [رقم الدائرة] بالمحكمة الإدارية بـ[اسم المدينة] حفظهم الله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الموضوع: صحيفة دعوى [إلغاء قرار / تعويض / عقد / غير ذلك]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بيانات الأطراف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المدعي: [الاسم الكامل كما في الهوية أو اسم المنشأة]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الهوية أو السجل التجاري: [رقم الهوية الوطنية أو الإقامة أو السجل التجاري]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العنوان الوطني: [العنوان الوطني]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الجوال: [رقم الجوال]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الوكيل إن وجد: [اسم الوكيل، رقم الوكالة وتاريخها]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الجهة المدعى عليها: [الاسم الكامل أو اسم المنشأة]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هوية أو سجل الجهة المدعى عليها: [الرقم إن كان معلوما]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العنوان الوطني للجهة المدعى عليها: [العنوان الوطني]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بيانات القرار والتظلم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القرار وتاريخه: [الرقم] - [التاريخ]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تاريخ الإبلاغ أو العلم أو النشر: [التاريخ وطريقته]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تاريخ التظلم ورقمه: [التاريخ] - [الرقم]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نتيجة التظلم: [رفض مسبب وتاريخه / مضي ستين يوما دون رد / لا ينطبق]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الوقائع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[اكتب الوقائع بإيجاز]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أسباب الدعوى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[اكتب أسباب الدعوى]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فهرس المستندات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1- [المستند]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2. 2- [المستند]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الطلبات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[اكتب طلبك]</w:t>
      </w:r>
    </w:p>
    <w:p>
      <w:pPr>
        <w:bidi w:val="1"/>
        <w:spacing w:after="80" w:line="324" w:lineRule="auto" w:before="280"/>
        <w:jc w:val="right"/>
      </w:pPr>
      <w:r>
        <w:rPr>
          <w:b/>
          <w:bCs/>
          <w:color w:val="0A5C46"/>
          <w:sz w:val="26"/>
          <w:rtl w:val="1"/>
          <w:szCs w:val="26"/>
        </w:rPr>
        <w:t>مقدمه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الاسم: [الاسم]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التوقيع: [التوقيع]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color w:val="4D6560"/>
        <w:sz w:val="16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صحيفة دعوى أمام المحكمة الإدارية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