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مذكرة جوابية (رد على دعوى)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الدائرة [رقم الدائرة] بـ[اسم المحكمة]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مذكرة جوابية في القضية رقم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مقدم المذكرة وصفته: [الاسم] - [مدعى عليه / معترض ضده / وكيل]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الطرف الآخر: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الجلسة: [التاريخ إن وجد]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ملخص ما ورد في الدعوى أو الاعتراض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[لخص طلبات الطرف الآخر كما وردت]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الرد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على البند الأول: [اكتب ردك]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على البند الثاني: [اكتب ردك]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المستندات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[المستند الأول]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[المستند الثاني]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مذكرة جوابية (رد على دعوى)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