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طلب وقف تنفيذ الحكم المعترض عليه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[اسم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طلب وقف تنفيذ الحكم رقم [رقم الحكم]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طالب الوقف: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المطلوب ضده: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المطلوب ضده: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للمطلوب ضده: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القضية: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وتاريخه: [رقم الحكم] - [تاريخ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تسلم صورة صك الحكم: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الاعتراض المقدم: [رقم طلب الاعتراض]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طلب الوقف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الأسباب والضرر المترتب على التنفيذ]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وقف تنفيذ الحكم المعترض عليه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